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5BE1" w14:textId="77777777" w:rsidR="00B43FA0" w:rsidRDefault="00000000">
      <w:pPr>
        <w:jc w:val="center"/>
      </w:pPr>
      <w:r>
        <w:rPr>
          <w:rFonts w:ascii="Arial" w:hAnsi="Arial"/>
          <w:b/>
          <w:color w:val="0D5C3A"/>
          <w:sz w:val="44"/>
        </w:rPr>
        <w:t>RBB BOKAAL VETERANEN LIBRE</w:t>
      </w:r>
    </w:p>
    <w:p w14:paraId="4F5B6FF3" w14:textId="13537B65" w:rsidR="00B43FA0" w:rsidRDefault="00000000">
      <w:pPr>
        <w:jc w:val="center"/>
      </w:pPr>
      <w:r>
        <w:rPr>
          <w:rFonts w:ascii="Arial" w:hAnsi="Arial"/>
          <w:b/>
          <w:color w:val="5CB85C"/>
          <w:sz w:val="24"/>
        </w:rPr>
        <w:t xml:space="preserve">Officieel </w:t>
      </w:r>
      <w:proofErr w:type="spellStart"/>
      <w:r>
        <w:rPr>
          <w:rFonts w:ascii="Arial" w:hAnsi="Arial"/>
          <w:b/>
          <w:color w:val="5CB85C"/>
          <w:sz w:val="24"/>
        </w:rPr>
        <w:t>Inschrijfformulier</w:t>
      </w:r>
      <w:proofErr w:type="spellEnd"/>
      <w:r>
        <w:rPr>
          <w:rFonts w:ascii="Arial" w:hAnsi="Arial"/>
          <w:b/>
          <w:color w:val="5CB85C"/>
          <w:sz w:val="24"/>
        </w:rPr>
        <w:t xml:space="preserve"> 2026</w:t>
      </w:r>
      <w:r w:rsidR="003151AA">
        <w:rPr>
          <w:rFonts w:ascii="Arial" w:hAnsi="Arial"/>
          <w:b/>
          <w:color w:val="5CB85C"/>
          <w:sz w:val="24"/>
        </w:rPr>
        <w:t>-2027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B43FA0" w14:paraId="65EFAAE5" w14:textId="77777777">
        <w:trPr>
          <w:jc w:val="center"/>
        </w:trPr>
        <w:tc>
          <w:tcPr>
            <w:tcW w:w="9936" w:type="dxa"/>
            <w:shd w:val="clear" w:color="auto" w:fill="FCE4D6"/>
          </w:tcPr>
          <w:p w14:paraId="01E29360" w14:textId="77777777" w:rsidR="00B43FA0" w:rsidRDefault="00000000">
            <w:pPr>
              <w:jc w:val="center"/>
            </w:pPr>
            <w:r>
              <w:rPr>
                <w:rFonts w:ascii="Arial" w:hAnsi="Arial"/>
                <w:b/>
                <w:color w:val="963232"/>
                <w:sz w:val="20"/>
              </w:rPr>
              <w:t xml:space="preserve">LET OP: Graag dit formulier </w:t>
            </w:r>
            <w:r>
              <w:rPr>
                <w:rFonts w:ascii="Arial" w:hAnsi="Arial"/>
                <w:b/>
                <w:color w:val="963232"/>
                <w:sz w:val="20"/>
                <w:u w:val="single"/>
              </w:rPr>
              <w:t xml:space="preserve">VOLLEDIG </w:t>
            </w:r>
            <w:r>
              <w:rPr>
                <w:rFonts w:ascii="Arial" w:hAnsi="Arial"/>
                <w:color w:val="963232"/>
                <w:sz w:val="20"/>
              </w:rPr>
              <w:t xml:space="preserve">ingevuld per e-mail verzenden naar onze secretaris via </w:t>
            </w:r>
            <w:r>
              <w:rPr>
                <w:rFonts w:ascii="Arial" w:hAnsi="Arial"/>
                <w:b/>
                <w:color w:val="963232"/>
                <w:sz w:val="20"/>
              </w:rPr>
              <w:t>cynthiaroks@hotmail.com</w:t>
            </w:r>
          </w:p>
          <w:p w14:paraId="6C3C7209" w14:textId="77777777" w:rsidR="00B43FA0" w:rsidRDefault="00000000">
            <w:pPr>
              <w:jc w:val="center"/>
            </w:pPr>
            <w:r>
              <w:rPr>
                <w:rFonts w:ascii="Arial" w:hAnsi="Arial"/>
                <w:b/>
                <w:color w:val="963232"/>
                <w:sz w:val="20"/>
              </w:rPr>
              <w:t>Uiterlijke inleverdatum: zaterdag 3 oktober 2026.</w:t>
            </w:r>
          </w:p>
        </w:tc>
      </w:tr>
    </w:tbl>
    <w:p w14:paraId="367C0C0D" w14:textId="77777777" w:rsidR="00B43FA0" w:rsidRDefault="00B43FA0"/>
    <w:p w14:paraId="4FE72809" w14:textId="77777777" w:rsidR="00B43FA0" w:rsidRDefault="00000000">
      <w:r>
        <w:rPr>
          <w:rFonts w:ascii="Arial" w:hAnsi="Arial"/>
          <w:b/>
          <w:color w:val="0D5C3A"/>
          <w:sz w:val="24"/>
        </w:rPr>
        <w:t>Verenigings- &amp; Teamgegevens</w:t>
      </w:r>
    </w:p>
    <w:tbl>
      <w:tblPr>
        <w:tblW w:w="0" w:type="auto"/>
        <w:jc w:val="center"/>
        <w:tblBorders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B43FA0" w14:paraId="14FB5525" w14:textId="77777777">
        <w:trPr>
          <w:jc w:val="center"/>
        </w:trPr>
        <w:tc>
          <w:tcPr>
            <w:tcW w:w="4968" w:type="dxa"/>
          </w:tcPr>
          <w:p w14:paraId="71F7CEE3" w14:textId="77777777" w:rsidR="00B43FA0" w:rsidRDefault="00000000">
            <w:r>
              <w:rPr>
                <w:rFonts w:ascii="Arial" w:hAnsi="Arial"/>
                <w:b/>
                <w:sz w:val="20"/>
              </w:rPr>
              <w:t xml:space="preserve">Vereniging: </w:t>
            </w:r>
            <w:r>
              <w:br/>
            </w:r>
            <w:r>
              <w:br/>
            </w:r>
          </w:p>
        </w:tc>
        <w:tc>
          <w:tcPr>
            <w:tcW w:w="4968" w:type="dxa"/>
          </w:tcPr>
          <w:p w14:paraId="4AC8D0B4" w14:textId="77777777" w:rsidR="00B43FA0" w:rsidRDefault="00000000">
            <w:r>
              <w:rPr>
                <w:rFonts w:ascii="Arial" w:hAnsi="Arial"/>
                <w:b/>
                <w:sz w:val="20"/>
              </w:rPr>
              <w:t xml:space="preserve">Tel. nr. Teamleider: </w:t>
            </w:r>
            <w:r>
              <w:br/>
            </w:r>
            <w:r>
              <w:br/>
            </w:r>
          </w:p>
        </w:tc>
      </w:tr>
      <w:tr w:rsidR="00B43FA0" w14:paraId="46325DA2" w14:textId="77777777">
        <w:trPr>
          <w:jc w:val="center"/>
        </w:trPr>
        <w:tc>
          <w:tcPr>
            <w:tcW w:w="4968" w:type="dxa"/>
          </w:tcPr>
          <w:p w14:paraId="08FE386C" w14:textId="77777777" w:rsidR="00B43FA0" w:rsidRDefault="00000000">
            <w:r>
              <w:rPr>
                <w:rFonts w:ascii="Arial" w:hAnsi="Arial"/>
                <w:b/>
                <w:sz w:val="20"/>
              </w:rPr>
              <w:t xml:space="preserve">Teamleider: </w:t>
            </w:r>
            <w:r>
              <w:br/>
            </w:r>
            <w:r>
              <w:br/>
            </w:r>
          </w:p>
        </w:tc>
        <w:tc>
          <w:tcPr>
            <w:tcW w:w="4968" w:type="dxa"/>
          </w:tcPr>
          <w:p w14:paraId="1BC741C2" w14:textId="77777777" w:rsidR="00B43FA0" w:rsidRDefault="00000000">
            <w:r>
              <w:rPr>
                <w:rFonts w:ascii="Arial" w:hAnsi="Arial"/>
                <w:b/>
                <w:sz w:val="20"/>
              </w:rPr>
              <w:t xml:space="preserve">E-mail Teamleider: </w:t>
            </w:r>
            <w:r>
              <w:br/>
            </w:r>
            <w:r>
              <w:br/>
            </w:r>
          </w:p>
        </w:tc>
      </w:tr>
    </w:tbl>
    <w:p w14:paraId="153EE57F" w14:textId="77777777" w:rsidR="00B43FA0" w:rsidRDefault="00B43FA0"/>
    <w:p w14:paraId="28F70437" w14:textId="08035871" w:rsidR="00B43FA0" w:rsidRDefault="00000000">
      <w:proofErr w:type="spellStart"/>
      <w:r>
        <w:rPr>
          <w:rFonts w:ascii="Arial" w:hAnsi="Arial"/>
          <w:b/>
          <w:color w:val="0D5C3A"/>
          <w:sz w:val="24"/>
        </w:rPr>
        <w:t>Spe</w:t>
      </w:r>
      <w:r w:rsidR="003151AA">
        <w:rPr>
          <w:rFonts w:ascii="Arial" w:hAnsi="Arial"/>
          <w:b/>
          <w:color w:val="0D5C3A"/>
          <w:sz w:val="24"/>
        </w:rPr>
        <w:t>le</w:t>
      </w:r>
      <w:r>
        <w:rPr>
          <w:rFonts w:ascii="Arial" w:hAnsi="Arial"/>
          <w:b/>
          <w:color w:val="0D5C3A"/>
          <w:sz w:val="24"/>
        </w:rPr>
        <w:t>rslijst</w:t>
      </w:r>
      <w:proofErr w:type="spellEnd"/>
      <w:r>
        <w:rPr>
          <w:rFonts w:ascii="Arial" w:hAnsi="Arial"/>
          <w:b/>
          <w:color w:val="0D5C3A"/>
          <w:sz w:val="24"/>
        </w:rPr>
        <w:t xml:space="preserve"> / </w:t>
      </w:r>
      <w:proofErr w:type="spellStart"/>
      <w:r>
        <w:rPr>
          <w:rFonts w:ascii="Arial" w:hAnsi="Arial"/>
          <w:b/>
          <w:color w:val="0D5C3A"/>
          <w:sz w:val="24"/>
        </w:rPr>
        <w:t>Deelnemers</w:t>
      </w:r>
      <w:proofErr w:type="spellEnd"/>
    </w:p>
    <w:tbl>
      <w:tblPr>
        <w:tblW w:w="0" w:type="auto"/>
        <w:jc w:val="center"/>
        <w:tblBorders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3312"/>
        <w:gridCol w:w="1008"/>
        <w:gridCol w:w="1008"/>
        <w:gridCol w:w="3456"/>
      </w:tblGrid>
      <w:tr w:rsidR="00B43FA0" w14:paraId="484EE3F9" w14:textId="77777777">
        <w:trPr>
          <w:jc w:val="center"/>
        </w:trPr>
        <w:tc>
          <w:tcPr>
            <w:tcW w:w="1152" w:type="dxa"/>
            <w:shd w:val="clear" w:color="auto" w:fill="0D5C3A"/>
          </w:tcPr>
          <w:p w14:paraId="27698BF9" w14:textId="77777777" w:rsidR="00B43FA0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RBBNR</w:t>
            </w:r>
          </w:p>
        </w:tc>
        <w:tc>
          <w:tcPr>
            <w:tcW w:w="3312" w:type="dxa"/>
            <w:shd w:val="clear" w:color="auto" w:fill="0D5C3A"/>
          </w:tcPr>
          <w:p w14:paraId="172B88B4" w14:textId="7F324203" w:rsidR="00B43FA0" w:rsidRDefault="00000000">
            <w:r>
              <w:rPr>
                <w:rFonts w:ascii="Arial" w:hAnsi="Arial"/>
                <w:b/>
                <w:color w:val="FFFFFF"/>
                <w:sz w:val="18"/>
              </w:rPr>
              <w:t xml:space="preserve">NAAM </w:t>
            </w:r>
          </w:p>
        </w:tc>
        <w:tc>
          <w:tcPr>
            <w:tcW w:w="1008" w:type="dxa"/>
            <w:shd w:val="clear" w:color="auto" w:fill="0D5C3A"/>
          </w:tcPr>
          <w:p w14:paraId="7C283289" w14:textId="77777777" w:rsidR="00B43FA0" w:rsidRDefault="00000000">
            <w:r>
              <w:rPr>
                <w:rFonts w:ascii="Arial" w:hAnsi="Arial"/>
                <w:b/>
                <w:color w:val="FFFFFF"/>
                <w:sz w:val="18"/>
              </w:rPr>
              <w:t>GEM.</w:t>
            </w:r>
          </w:p>
        </w:tc>
        <w:tc>
          <w:tcPr>
            <w:tcW w:w="1008" w:type="dxa"/>
            <w:shd w:val="clear" w:color="auto" w:fill="0D5C3A"/>
          </w:tcPr>
          <w:p w14:paraId="2D27A71C" w14:textId="77777777" w:rsidR="00B43FA0" w:rsidRDefault="00000000">
            <w:r>
              <w:rPr>
                <w:rFonts w:ascii="Arial" w:hAnsi="Arial"/>
                <w:b/>
                <w:color w:val="FFFFFF"/>
                <w:sz w:val="18"/>
              </w:rPr>
              <w:t>CAR.</w:t>
            </w:r>
          </w:p>
        </w:tc>
        <w:tc>
          <w:tcPr>
            <w:tcW w:w="3456" w:type="dxa"/>
            <w:shd w:val="clear" w:color="auto" w:fill="0D5C3A"/>
          </w:tcPr>
          <w:p w14:paraId="6542A207" w14:textId="77777777" w:rsidR="00B43FA0" w:rsidRDefault="00000000">
            <w:r>
              <w:rPr>
                <w:rFonts w:ascii="Arial" w:hAnsi="Arial"/>
                <w:b/>
                <w:color w:val="FFFFFF"/>
                <w:sz w:val="18"/>
              </w:rPr>
              <w:t>TELNR. EN / OF E-MAILADRES</w:t>
            </w:r>
          </w:p>
        </w:tc>
      </w:tr>
      <w:tr w:rsidR="00B43FA0" w14:paraId="223DFB2F" w14:textId="77777777">
        <w:trPr>
          <w:jc w:val="center"/>
        </w:trPr>
        <w:tc>
          <w:tcPr>
            <w:tcW w:w="1152" w:type="dxa"/>
          </w:tcPr>
          <w:p w14:paraId="158CA3D9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1</w:t>
            </w:r>
          </w:p>
        </w:tc>
        <w:tc>
          <w:tcPr>
            <w:tcW w:w="3312" w:type="dxa"/>
          </w:tcPr>
          <w:p w14:paraId="4F766DE2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0D625DD5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11B668FB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1DE62C4B" w14:textId="77777777" w:rsidR="00B43FA0" w:rsidRDefault="00B43FA0">
            <w:pPr>
              <w:spacing w:before="120" w:after="120"/>
            </w:pPr>
          </w:p>
        </w:tc>
      </w:tr>
      <w:tr w:rsidR="00B43FA0" w14:paraId="06F75420" w14:textId="77777777">
        <w:trPr>
          <w:jc w:val="center"/>
        </w:trPr>
        <w:tc>
          <w:tcPr>
            <w:tcW w:w="1152" w:type="dxa"/>
          </w:tcPr>
          <w:p w14:paraId="3EDA0DEB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2</w:t>
            </w:r>
          </w:p>
        </w:tc>
        <w:tc>
          <w:tcPr>
            <w:tcW w:w="3312" w:type="dxa"/>
          </w:tcPr>
          <w:p w14:paraId="4E54D406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2756DA59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4A035EF3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7E5E6937" w14:textId="77777777" w:rsidR="00B43FA0" w:rsidRDefault="00B43FA0">
            <w:pPr>
              <w:spacing w:before="120" w:after="120"/>
            </w:pPr>
          </w:p>
        </w:tc>
      </w:tr>
      <w:tr w:rsidR="00B43FA0" w14:paraId="437E8E9A" w14:textId="77777777">
        <w:trPr>
          <w:jc w:val="center"/>
        </w:trPr>
        <w:tc>
          <w:tcPr>
            <w:tcW w:w="1152" w:type="dxa"/>
          </w:tcPr>
          <w:p w14:paraId="59630DE4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3</w:t>
            </w:r>
          </w:p>
        </w:tc>
        <w:tc>
          <w:tcPr>
            <w:tcW w:w="3312" w:type="dxa"/>
          </w:tcPr>
          <w:p w14:paraId="4818BB7E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77DDBE8A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10E3B84F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0B227210" w14:textId="77777777" w:rsidR="00B43FA0" w:rsidRDefault="00B43FA0">
            <w:pPr>
              <w:spacing w:before="120" w:after="120"/>
            </w:pPr>
          </w:p>
        </w:tc>
      </w:tr>
      <w:tr w:rsidR="00B43FA0" w14:paraId="548951CB" w14:textId="77777777">
        <w:trPr>
          <w:jc w:val="center"/>
        </w:trPr>
        <w:tc>
          <w:tcPr>
            <w:tcW w:w="1152" w:type="dxa"/>
          </w:tcPr>
          <w:p w14:paraId="69318C06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4</w:t>
            </w:r>
          </w:p>
        </w:tc>
        <w:tc>
          <w:tcPr>
            <w:tcW w:w="3312" w:type="dxa"/>
          </w:tcPr>
          <w:p w14:paraId="2CD5B978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1E38EAAA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088F4CD5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7C834F62" w14:textId="77777777" w:rsidR="00B43FA0" w:rsidRDefault="00B43FA0">
            <w:pPr>
              <w:spacing w:before="120" w:after="120"/>
            </w:pPr>
          </w:p>
        </w:tc>
      </w:tr>
      <w:tr w:rsidR="00B43FA0" w14:paraId="6724AB4D" w14:textId="77777777">
        <w:trPr>
          <w:jc w:val="center"/>
        </w:trPr>
        <w:tc>
          <w:tcPr>
            <w:tcW w:w="1152" w:type="dxa"/>
          </w:tcPr>
          <w:p w14:paraId="3313C7DE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5</w:t>
            </w:r>
          </w:p>
        </w:tc>
        <w:tc>
          <w:tcPr>
            <w:tcW w:w="3312" w:type="dxa"/>
          </w:tcPr>
          <w:p w14:paraId="18E75170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7D2BFB98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1B5FE21E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487261F4" w14:textId="77777777" w:rsidR="00B43FA0" w:rsidRDefault="00B43FA0">
            <w:pPr>
              <w:spacing w:before="120" w:after="120"/>
            </w:pPr>
          </w:p>
        </w:tc>
      </w:tr>
      <w:tr w:rsidR="00B43FA0" w14:paraId="128A5AE1" w14:textId="77777777">
        <w:trPr>
          <w:jc w:val="center"/>
        </w:trPr>
        <w:tc>
          <w:tcPr>
            <w:tcW w:w="1152" w:type="dxa"/>
          </w:tcPr>
          <w:p w14:paraId="04CC84C4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6</w:t>
            </w:r>
          </w:p>
        </w:tc>
        <w:tc>
          <w:tcPr>
            <w:tcW w:w="3312" w:type="dxa"/>
          </w:tcPr>
          <w:p w14:paraId="350DF3DF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73519357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1B8E6EF0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4242AA41" w14:textId="77777777" w:rsidR="00B43FA0" w:rsidRDefault="00B43FA0">
            <w:pPr>
              <w:spacing w:before="120" w:after="120"/>
            </w:pPr>
          </w:p>
        </w:tc>
      </w:tr>
      <w:tr w:rsidR="00B43FA0" w14:paraId="6FD24781" w14:textId="77777777">
        <w:trPr>
          <w:jc w:val="center"/>
        </w:trPr>
        <w:tc>
          <w:tcPr>
            <w:tcW w:w="1152" w:type="dxa"/>
          </w:tcPr>
          <w:p w14:paraId="60CD265B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7</w:t>
            </w:r>
          </w:p>
        </w:tc>
        <w:tc>
          <w:tcPr>
            <w:tcW w:w="3312" w:type="dxa"/>
          </w:tcPr>
          <w:p w14:paraId="394548E0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32098EB8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33B4FE6A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4190EC9E" w14:textId="77777777" w:rsidR="00B43FA0" w:rsidRDefault="00B43FA0">
            <w:pPr>
              <w:spacing w:before="120" w:after="120"/>
            </w:pPr>
          </w:p>
        </w:tc>
      </w:tr>
      <w:tr w:rsidR="00B43FA0" w14:paraId="6A3A1993" w14:textId="77777777">
        <w:trPr>
          <w:jc w:val="center"/>
        </w:trPr>
        <w:tc>
          <w:tcPr>
            <w:tcW w:w="1152" w:type="dxa"/>
          </w:tcPr>
          <w:p w14:paraId="710E2575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8</w:t>
            </w:r>
          </w:p>
        </w:tc>
        <w:tc>
          <w:tcPr>
            <w:tcW w:w="3312" w:type="dxa"/>
          </w:tcPr>
          <w:p w14:paraId="46BFF49C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4D17EF4B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2A43FC4B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0D32A03E" w14:textId="77777777" w:rsidR="00B43FA0" w:rsidRDefault="00B43FA0">
            <w:pPr>
              <w:spacing w:before="120" w:after="120"/>
            </w:pPr>
          </w:p>
        </w:tc>
      </w:tr>
      <w:tr w:rsidR="00B43FA0" w14:paraId="7C17AD34" w14:textId="77777777">
        <w:trPr>
          <w:jc w:val="center"/>
        </w:trPr>
        <w:tc>
          <w:tcPr>
            <w:tcW w:w="1152" w:type="dxa"/>
          </w:tcPr>
          <w:p w14:paraId="51F41F4D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9</w:t>
            </w:r>
          </w:p>
        </w:tc>
        <w:tc>
          <w:tcPr>
            <w:tcW w:w="3312" w:type="dxa"/>
          </w:tcPr>
          <w:p w14:paraId="1D61B354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482955A3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74C729ED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17A04F87" w14:textId="77777777" w:rsidR="00B43FA0" w:rsidRDefault="00B43FA0">
            <w:pPr>
              <w:spacing w:before="120" w:after="120"/>
            </w:pPr>
          </w:p>
        </w:tc>
      </w:tr>
      <w:tr w:rsidR="00B43FA0" w14:paraId="715DA511" w14:textId="77777777">
        <w:trPr>
          <w:jc w:val="center"/>
        </w:trPr>
        <w:tc>
          <w:tcPr>
            <w:tcW w:w="1152" w:type="dxa"/>
          </w:tcPr>
          <w:p w14:paraId="335CA8D1" w14:textId="77777777" w:rsidR="00B43FA0" w:rsidRDefault="00000000">
            <w:pPr>
              <w:spacing w:before="120" w:after="120"/>
              <w:jc w:val="center"/>
            </w:pPr>
            <w:r>
              <w:rPr>
                <w:rFonts w:ascii="Arial" w:hAnsi="Arial"/>
                <w:color w:val="B4B4B4"/>
                <w:sz w:val="20"/>
              </w:rPr>
              <w:t>10</w:t>
            </w:r>
          </w:p>
        </w:tc>
        <w:tc>
          <w:tcPr>
            <w:tcW w:w="3312" w:type="dxa"/>
          </w:tcPr>
          <w:p w14:paraId="04C51666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17F8EA93" w14:textId="77777777" w:rsidR="00B43FA0" w:rsidRDefault="00B43FA0">
            <w:pPr>
              <w:spacing w:before="120" w:after="120"/>
            </w:pPr>
          </w:p>
        </w:tc>
        <w:tc>
          <w:tcPr>
            <w:tcW w:w="1008" w:type="dxa"/>
          </w:tcPr>
          <w:p w14:paraId="434BC0A0" w14:textId="77777777" w:rsidR="00B43FA0" w:rsidRDefault="00B43FA0">
            <w:pPr>
              <w:spacing w:before="120" w:after="120"/>
            </w:pPr>
          </w:p>
        </w:tc>
        <w:tc>
          <w:tcPr>
            <w:tcW w:w="3456" w:type="dxa"/>
          </w:tcPr>
          <w:p w14:paraId="4C298EF2" w14:textId="77777777" w:rsidR="00B43FA0" w:rsidRDefault="00B43FA0">
            <w:pPr>
              <w:spacing w:before="120" w:after="120"/>
            </w:pPr>
          </w:p>
        </w:tc>
      </w:tr>
    </w:tbl>
    <w:p w14:paraId="30925E22" w14:textId="77777777" w:rsidR="00EF1176" w:rsidRDefault="00EF1176"/>
    <w:sectPr w:rsidR="00EF1176" w:rsidSect="00034616">
      <w:foot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8B44" w14:textId="77777777" w:rsidR="00EF1176" w:rsidRDefault="00EF1176">
      <w:pPr>
        <w:spacing w:after="0" w:line="240" w:lineRule="auto"/>
      </w:pPr>
      <w:r>
        <w:separator/>
      </w:r>
    </w:p>
  </w:endnote>
  <w:endnote w:type="continuationSeparator" w:id="0">
    <w:p w14:paraId="1DB8D2DB" w14:textId="77777777" w:rsidR="00EF1176" w:rsidRDefault="00EF1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8204" w14:textId="77777777" w:rsidR="00B43FA0" w:rsidRDefault="00000000">
    <w:pPr>
      <w:pStyle w:val="Voettekst"/>
      <w:tabs>
        <w:tab w:val="right" w:pos="9936"/>
      </w:tabs>
    </w:pPr>
    <w:r>
      <w:rPr>
        <w:rFonts w:ascii="Arial" w:hAnsi="Arial"/>
        <w:color w:val="787878"/>
        <w:sz w:val="16"/>
      </w:rPr>
      <w:t xml:space="preserve">RBB </w:t>
    </w:r>
    <w:proofErr w:type="spellStart"/>
    <w:r>
      <w:rPr>
        <w:rFonts w:ascii="Arial" w:hAnsi="Arial"/>
        <w:color w:val="787878"/>
        <w:sz w:val="16"/>
      </w:rPr>
      <w:t>Bokaal</w:t>
    </w:r>
    <w:proofErr w:type="spellEnd"/>
    <w:r>
      <w:rPr>
        <w:rFonts w:ascii="Arial" w:hAnsi="Arial"/>
        <w:color w:val="787878"/>
        <w:sz w:val="16"/>
      </w:rPr>
      <w:t xml:space="preserve"> </w:t>
    </w:r>
    <w:proofErr w:type="spellStart"/>
    <w:r>
      <w:rPr>
        <w:rFonts w:ascii="Arial" w:hAnsi="Arial"/>
        <w:color w:val="787878"/>
        <w:sz w:val="16"/>
      </w:rPr>
      <w:t>Veteranen</w:t>
    </w:r>
    <w:proofErr w:type="spellEnd"/>
    <w:r>
      <w:rPr>
        <w:rFonts w:ascii="Arial" w:hAnsi="Arial"/>
        <w:color w:val="787878"/>
        <w:sz w:val="16"/>
      </w:rPr>
      <w:t xml:space="preserve"> Libre - </w:t>
    </w:r>
    <w:proofErr w:type="spellStart"/>
    <w:r>
      <w:rPr>
        <w:rFonts w:ascii="Arial" w:hAnsi="Arial"/>
        <w:color w:val="787878"/>
        <w:sz w:val="16"/>
      </w:rPr>
      <w:t>Officiële</w:t>
    </w:r>
    <w:proofErr w:type="spellEnd"/>
    <w:r>
      <w:rPr>
        <w:rFonts w:ascii="Arial" w:hAnsi="Arial"/>
        <w:color w:val="787878"/>
        <w:sz w:val="16"/>
      </w:rPr>
      <w:t xml:space="preserve"> </w:t>
    </w:r>
    <w:proofErr w:type="spellStart"/>
    <w:r>
      <w:rPr>
        <w:rFonts w:ascii="Arial" w:hAnsi="Arial"/>
        <w:color w:val="787878"/>
        <w:sz w:val="16"/>
      </w:rPr>
      <w:t>Inschrijving</w:t>
    </w:r>
    <w:proofErr w:type="spellEnd"/>
    <w:r>
      <w:rPr>
        <w:rFonts w:ascii="Arial" w:hAnsi="Arial"/>
        <w:color w:val="787878"/>
        <w:sz w:val="16"/>
      </w:rPr>
      <w:tab/>
    </w:r>
    <w:proofErr w:type="spellStart"/>
    <w:r>
      <w:rPr>
        <w:rFonts w:ascii="Arial" w:hAnsi="Arial"/>
        <w:color w:val="787878"/>
        <w:sz w:val="16"/>
      </w:rPr>
      <w:t>Pagina</w:t>
    </w:r>
    <w:proofErr w:type="spellEnd"/>
    <w:r>
      <w:rPr>
        <w:rFonts w:ascii="Arial" w:hAnsi="Arial"/>
        <w:color w:val="787878"/>
        <w:sz w:val="16"/>
      </w:rPr>
      <w:t xml:space="preserve"> 1 van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D2A0" w14:textId="77777777" w:rsidR="00EF1176" w:rsidRDefault="00EF1176">
      <w:pPr>
        <w:spacing w:after="0" w:line="240" w:lineRule="auto"/>
      </w:pPr>
      <w:r>
        <w:separator/>
      </w:r>
    </w:p>
  </w:footnote>
  <w:footnote w:type="continuationSeparator" w:id="0">
    <w:p w14:paraId="4D66DBC2" w14:textId="77777777" w:rsidR="00EF1176" w:rsidRDefault="00EF1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2601428">
    <w:abstractNumId w:val="8"/>
  </w:num>
  <w:num w:numId="2" w16cid:durableId="1376612919">
    <w:abstractNumId w:val="6"/>
  </w:num>
  <w:num w:numId="3" w16cid:durableId="897132759">
    <w:abstractNumId w:val="5"/>
  </w:num>
  <w:num w:numId="4" w16cid:durableId="597979464">
    <w:abstractNumId w:val="4"/>
  </w:num>
  <w:num w:numId="5" w16cid:durableId="1402020088">
    <w:abstractNumId w:val="7"/>
  </w:num>
  <w:num w:numId="6" w16cid:durableId="65224813">
    <w:abstractNumId w:val="3"/>
  </w:num>
  <w:num w:numId="7" w16cid:durableId="1753895908">
    <w:abstractNumId w:val="2"/>
  </w:num>
  <w:num w:numId="8" w16cid:durableId="947543194">
    <w:abstractNumId w:val="1"/>
  </w:num>
  <w:num w:numId="9" w16cid:durableId="12273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51AA"/>
    <w:rsid w:val="00326F90"/>
    <w:rsid w:val="00AA1D8D"/>
    <w:rsid w:val="00B43FA0"/>
    <w:rsid w:val="00B47730"/>
    <w:rsid w:val="00C23037"/>
    <w:rsid w:val="00CB0664"/>
    <w:rsid w:val="00EF11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B7B8AA"/>
  <w14:defaultImageDpi w14:val="300"/>
  <w15:docId w15:val="{A9338B9D-EC87-4DF9-814F-962B36FD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Cynthia Roks</cp:lastModifiedBy>
  <cp:revision>3</cp:revision>
  <dcterms:created xsi:type="dcterms:W3CDTF">2013-12-23T23:15:00Z</dcterms:created>
  <dcterms:modified xsi:type="dcterms:W3CDTF">2026-09-01T08:13:00Z</dcterms:modified>
  <cp:category/>
</cp:coreProperties>
</file>